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DDD37" w14:textId="77777777" w:rsidR="00731AB3" w:rsidRDefault="00000000">
      <w:pPr>
        <w:pStyle w:val="Titolo1"/>
        <w:jc w:val="center"/>
      </w:pPr>
      <w:r>
        <w:t>LETTERA DI INTENTI</w:t>
      </w:r>
    </w:p>
    <w:p w14:paraId="55BC5761" w14:textId="77777777" w:rsidR="00731AB3" w:rsidRDefault="00000000">
      <w:r>
        <w:rPr>
          <w:b/>
        </w:rPr>
        <w:t>Manifestazione di interesse finalizzata all’adesione alla costituenda Rete di Imprese tra Attività Economiche su Strada del Comune di Artena, ai fini della candidatura all’Avviso pubblico della Regione Lazio approvato con Determinazione Dirigenziale n. G07030 del 22 maggio 2026.</w:t>
      </w:r>
    </w:p>
    <w:p w14:paraId="3570FA42" w14:textId="77777777" w:rsidR="00731AB3" w:rsidRDefault="00731AB3"/>
    <w:p w14:paraId="4A3D7D88" w14:textId="77777777" w:rsidR="00731AB3" w:rsidRDefault="00000000">
      <w:r>
        <w:t>Il/La sottoscritto/a ________________________________________________</w:t>
      </w:r>
    </w:p>
    <w:p w14:paraId="3405B627" w14:textId="77777777" w:rsidR="00731AB3" w:rsidRDefault="00000000">
      <w:r>
        <w:t>nato/a a __________________________ il ___/___/______</w:t>
      </w:r>
    </w:p>
    <w:p w14:paraId="5A29D7A6" w14:textId="77777777" w:rsidR="00731AB3" w:rsidRDefault="00000000">
      <w:r>
        <w:t>in qualità di Legale Rappresentante dell'impresa</w:t>
      </w:r>
    </w:p>
    <w:p w14:paraId="1242E136" w14:textId="77777777" w:rsidR="00731AB3" w:rsidRDefault="00000000">
      <w:r>
        <w:t>Denominazione _________________________________________________</w:t>
      </w:r>
    </w:p>
    <w:p w14:paraId="2AC6894B" w14:textId="77777777" w:rsidR="00731AB3" w:rsidRDefault="00000000">
      <w:r>
        <w:t>C.F. _______________________  P.IVA ____________________________</w:t>
      </w:r>
    </w:p>
    <w:p w14:paraId="1D8DD053" w14:textId="77777777" w:rsidR="00731AB3" w:rsidRDefault="00000000">
      <w:r>
        <w:t>con sede in _________________________________________________</w:t>
      </w:r>
    </w:p>
    <w:p w14:paraId="647DBDF7" w14:textId="77777777" w:rsidR="00731AB3" w:rsidRDefault="00000000">
      <w:pPr>
        <w:pStyle w:val="Titolo2"/>
      </w:pPr>
      <w:r>
        <w:t>DICHIARA</w:t>
      </w:r>
    </w:p>
    <w:p w14:paraId="46EDA750" w14:textId="77777777" w:rsidR="00731AB3" w:rsidRDefault="00000000" w:rsidP="006879B8">
      <w:pPr>
        <w:pStyle w:val="Puntoelenco"/>
        <w:jc w:val="both"/>
      </w:pPr>
      <w:r>
        <w:t>di aver preso visione dell'Avviso pubblico emanato dal Comune di Artena;</w:t>
      </w:r>
    </w:p>
    <w:p w14:paraId="26388833" w14:textId="77777777" w:rsidR="00731AB3" w:rsidRDefault="00000000" w:rsidP="006879B8">
      <w:pPr>
        <w:pStyle w:val="Puntoelenco"/>
        <w:jc w:val="both"/>
      </w:pPr>
      <w:r>
        <w:t>di manifestare la volontà di aderire alla costituenda Rete di Imprese tra Attività Economiche su Strada promossa nell'ambito della candidatura del Comune di Artena all'Avviso regionale;</w:t>
      </w:r>
    </w:p>
    <w:p w14:paraId="61CDC1BA" w14:textId="77777777" w:rsidR="00731AB3" w:rsidRDefault="00000000" w:rsidP="006879B8">
      <w:pPr>
        <w:pStyle w:val="Puntoelenco"/>
        <w:jc w:val="both"/>
      </w:pPr>
      <w:r>
        <w:t>di individuare quale soggetto promotore/referente della Rete il soggetto che presenterà la manifestazione di interesse al Comune;</w:t>
      </w:r>
    </w:p>
    <w:p w14:paraId="2D8DD510" w14:textId="77777777" w:rsidR="00731AB3" w:rsidRDefault="00000000" w:rsidP="006879B8">
      <w:pPr>
        <w:pStyle w:val="Puntoelenco"/>
        <w:jc w:val="both"/>
      </w:pPr>
      <w:r>
        <w:t>di autorizzare il soggetto promotore ad inserire la presente impresa tra quelle aderenti alla proposta progettuale;</w:t>
      </w:r>
    </w:p>
    <w:p w14:paraId="35338E25" w14:textId="77777777" w:rsidR="00731AB3" w:rsidRDefault="00000000" w:rsidP="006879B8">
      <w:pPr>
        <w:pStyle w:val="Puntoelenco"/>
        <w:jc w:val="both"/>
      </w:pPr>
      <w:r>
        <w:t>di impegnarsi, in caso di ammissione a finanziamento, a partecipare alle attività della Rete e a collaborare alla costituzione della stessa nelle forme previste dalla normativa regionale;</w:t>
      </w:r>
    </w:p>
    <w:p w14:paraId="15E0F849" w14:textId="77777777" w:rsidR="00731AB3" w:rsidRDefault="00000000" w:rsidP="006879B8">
      <w:pPr>
        <w:pStyle w:val="Puntoelenco"/>
        <w:jc w:val="both"/>
      </w:pPr>
      <w:r>
        <w:t xml:space="preserve">di prendere atto che la presente lettera di intenti non costituisce vincolo contrattuale né determina obblighi economici tra le parti fino all'eventuale costituzione della Rete e alla successiva </w:t>
      </w:r>
      <w:proofErr w:type="spellStart"/>
      <w:r>
        <w:t>sottoscrizione</w:t>
      </w:r>
      <w:proofErr w:type="spellEnd"/>
      <w:r>
        <w:t xml:space="preserve"> degli </w:t>
      </w:r>
      <w:proofErr w:type="spellStart"/>
      <w:r>
        <w:t>atti</w:t>
      </w:r>
      <w:proofErr w:type="spellEnd"/>
      <w:r>
        <w:t xml:space="preserve"> </w:t>
      </w:r>
      <w:proofErr w:type="spellStart"/>
      <w:r>
        <w:t>previsti</w:t>
      </w:r>
      <w:proofErr w:type="spellEnd"/>
      <w:r>
        <w:t>.</w:t>
      </w:r>
    </w:p>
    <w:p w14:paraId="65A53362" w14:textId="303D1880" w:rsidR="006879B8" w:rsidRDefault="006879B8" w:rsidP="006879B8">
      <w:pPr>
        <w:pStyle w:val="Puntoelenco"/>
        <w:jc w:val="both"/>
      </w:pPr>
      <w:r>
        <w:t xml:space="preserve">di </w:t>
      </w:r>
      <w:proofErr w:type="spellStart"/>
      <w:r w:rsidRPr="006879B8">
        <w:t>individua</w:t>
      </w:r>
      <w:r>
        <w:t>re</w:t>
      </w:r>
      <w:proofErr w:type="spellEnd"/>
      <w:r w:rsidRPr="006879B8">
        <w:t xml:space="preserve"> quale </w:t>
      </w:r>
      <w:proofErr w:type="spellStart"/>
      <w:r w:rsidRPr="006879B8">
        <w:t>Referente</w:t>
      </w:r>
      <w:proofErr w:type="spellEnd"/>
      <w:r w:rsidRPr="006879B8">
        <w:t xml:space="preserve"> della </w:t>
      </w:r>
      <w:proofErr w:type="spellStart"/>
      <w:r w:rsidRPr="006879B8">
        <w:t>costituenda</w:t>
      </w:r>
      <w:proofErr w:type="spellEnd"/>
      <w:r w:rsidRPr="006879B8">
        <w:t xml:space="preserve"> Rete il Sig./la </w:t>
      </w:r>
      <w:proofErr w:type="spellStart"/>
      <w:r w:rsidRPr="006879B8">
        <w:t>Sig.ra</w:t>
      </w:r>
      <w:proofErr w:type="spellEnd"/>
      <w:r w:rsidRPr="006879B8">
        <w:t xml:space="preserve"> ______________________, </w:t>
      </w:r>
      <w:proofErr w:type="spellStart"/>
      <w:r w:rsidRPr="006879B8">
        <w:t>titolare</w:t>
      </w:r>
      <w:proofErr w:type="spellEnd"/>
      <w:r w:rsidRPr="006879B8">
        <w:t>/</w:t>
      </w:r>
      <w:proofErr w:type="spellStart"/>
      <w:r w:rsidRPr="006879B8">
        <w:t>legale</w:t>
      </w:r>
      <w:proofErr w:type="spellEnd"/>
      <w:r w:rsidRPr="006879B8">
        <w:t xml:space="preserve"> </w:t>
      </w:r>
      <w:proofErr w:type="spellStart"/>
      <w:r w:rsidRPr="006879B8">
        <w:t>rappresentante</w:t>
      </w:r>
      <w:proofErr w:type="spellEnd"/>
      <w:r w:rsidRPr="006879B8">
        <w:t xml:space="preserve"> </w:t>
      </w:r>
      <w:proofErr w:type="spellStart"/>
      <w:r w:rsidRPr="006879B8">
        <w:t>dell'impresa</w:t>
      </w:r>
      <w:proofErr w:type="spellEnd"/>
      <w:r w:rsidRPr="006879B8">
        <w:t xml:space="preserve"> ______________________, </w:t>
      </w:r>
      <w:proofErr w:type="spellStart"/>
      <w:r w:rsidRPr="006879B8">
        <w:t>conferendogli</w:t>
      </w:r>
      <w:proofErr w:type="spellEnd"/>
      <w:r w:rsidRPr="006879B8">
        <w:t xml:space="preserve">/le </w:t>
      </w:r>
      <w:proofErr w:type="spellStart"/>
      <w:r w:rsidRPr="006879B8">
        <w:t>mandato</w:t>
      </w:r>
      <w:proofErr w:type="spellEnd"/>
      <w:r w:rsidRPr="006879B8">
        <w:t xml:space="preserve"> a </w:t>
      </w:r>
      <w:proofErr w:type="spellStart"/>
      <w:r w:rsidRPr="006879B8">
        <w:t>rappresentare</w:t>
      </w:r>
      <w:proofErr w:type="spellEnd"/>
      <w:r w:rsidRPr="006879B8">
        <w:t xml:space="preserve"> la </w:t>
      </w:r>
      <w:proofErr w:type="spellStart"/>
      <w:r w:rsidRPr="006879B8">
        <w:t>costituenda</w:t>
      </w:r>
      <w:proofErr w:type="spellEnd"/>
      <w:r w:rsidRPr="006879B8">
        <w:t xml:space="preserve"> Rete </w:t>
      </w:r>
      <w:proofErr w:type="spellStart"/>
      <w:r w:rsidRPr="006879B8">
        <w:t>nei</w:t>
      </w:r>
      <w:proofErr w:type="spellEnd"/>
      <w:r w:rsidRPr="006879B8">
        <w:t xml:space="preserve"> </w:t>
      </w:r>
      <w:proofErr w:type="spellStart"/>
      <w:r w:rsidRPr="006879B8">
        <w:t>rapporti</w:t>
      </w:r>
      <w:proofErr w:type="spellEnd"/>
      <w:r w:rsidRPr="006879B8">
        <w:t xml:space="preserve"> con il </w:t>
      </w:r>
      <w:proofErr w:type="spellStart"/>
      <w:r w:rsidRPr="006879B8">
        <w:t>Comune</w:t>
      </w:r>
      <w:proofErr w:type="spellEnd"/>
      <w:r w:rsidRPr="006879B8">
        <w:t xml:space="preserve"> di Artena per la </w:t>
      </w:r>
      <w:proofErr w:type="spellStart"/>
      <w:r w:rsidRPr="006879B8">
        <w:t>presentazione</w:t>
      </w:r>
      <w:proofErr w:type="spellEnd"/>
      <w:r w:rsidRPr="006879B8">
        <w:t xml:space="preserve"> della </w:t>
      </w:r>
      <w:proofErr w:type="spellStart"/>
      <w:r w:rsidRPr="006879B8">
        <w:t>manifestazione</w:t>
      </w:r>
      <w:proofErr w:type="spellEnd"/>
      <w:r w:rsidRPr="006879B8">
        <w:t xml:space="preserve"> di interesse e per tutti </w:t>
      </w:r>
      <w:proofErr w:type="spellStart"/>
      <w:r w:rsidRPr="006879B8">
        <w:t>gli</w:t>
      </w:r>
      <w:proofErr w:type="spellEnd"/>
      <w:r w:rsidRPr="006879B8">
        <w:t xml:space="preserve"> </w:t>
      </w:r>
      <w:proofErr w:type="spellStart"/>
      <w:r w:rsidRPr="006879B8">
        <w:t>adempimenti</w:t>
      </w:r>
      <w:proofErr w:type="spellEnd"/>
      <w:r w:rsidRPr="006879B8">
        <w:t xml:space="preserve"> </w:t>
      </w:r>
      <w:proofErr w:type="spellStart"/>
      <w:r w:rsidRPr="006879B8">
        <w:t>connessi</w:t>
      </w:r>
      <w:proofErr w:type="spellEnd"/>
      <w:r w:rsidRPr="006879B8">
        <w:t xml:space="preserve"> alla </w:t>
      </w:r>
      <w:proofErr w:type="spellStart"/>
      <w:r w:rsidRPr="006879B8">
        <w:t>fase</w:t>
      </w:r>
      <w:proofErr w:type="spellEnd"/>
      <w:r w:rsidRPr="006879B8">
        <w:t xml:space="preserve"> di </w:t>
      </w:r>
      <w:proofErr w:type="spellStart"/>
      <w:r w:rsidRPr="006879B8">
        <w:t>candidatura</w:t>
      </w:r>
      <w:proofErr w:type="spellEnd"/>
      <w:r w:rsidRPr="006879B8">
        <w:t xml:space="preserve">, fermo </w:t>
      </w:r>
      <w:proofErr w:type="spellStart"/>
      <w:r w:rsidRPr="006879B8">
        <w:t>restando</w:t>
      </w:r>
      <w:proofErr w:type="spellEnd"/>
      <w:r w:rsidRPr="006879B8">
        <w:t xml:space="preserve"> </w:t>
      </w:r>
      <w:proofErr w:type="spellStart"/>
      <w:r w:rsidRPr="006879B8">
        <w:t>che</w:t>
      </w:r>
      <w:proofErr w:type="spellEnd"/>
      <w:r w:rsidRPr="006879B8">
        <w:t xml:space="preserve"> la </w:t>
      </w:r>
      <w:proofErr w:type="spellStart"/>
      <w:r w:rsidRPr="006879B8">
        <w:t>costituzione</w:t>
      </w:r>
      <w:proofErr w:type="spellEnd"/>
      <w:r w:rsidRPr="006879B8">
        <w:t xml:space="preserve"> della Rete e la nomina </w:t>
      </w:r>
      <w:proofErr w:type="spellStart"/>
      <w:r w:rsidRPr="006879B8">
        <w:t>dei</w:t>
      </w:r>
      <w:proofErr w:type="spellEnd"/>
      <w:r w:rsidRPr="006879B8">
        <w:t xml:space="preserve"> </w:t>
      </w:r>
      <w:proofErr w:type="spellStart"/>
      <w:r w:rsidRPr="006879B8">
        <w:t>relativi</w:t>
      </w:r>
      <w:proofErr w:type="spellEnd"/>
      <w:r w:rsidRPr="006879B8">
        <w:t xml:space="preserve"> </w:t>
      </w:r>
      <w:proofErr w:type="spellStart"/>
      <w:r w:rsidRPr="006879B8">
        <w:t>organi</w:t>
      </w:r>
      <w:proofErr w:type="spellEnd"/>
      <w:r w:rsidRPr="006879B8">
        <w:t xml:space="preserve"> </w:t>
      </w:r>
      <w:proofErr w:type="spellStart"/>
      <w:r w:rsidRPr="006879B8">
        <w:t>avverranno</w:t>
      </w:r>
      <w:proofErr w:type="spellEnd"/>
      <w:r w:rsidRPr="006879B8">
        <w:t xml:space="preserve"> secondo le </w:t>
      </w:r>
      <w:proofErr w:type="spellStart"/>
      <w:r w:rsidRPr="006879B8">
        <w:t>modalità</w:t>
      </w:r>
      <w:proofErr w:type="spellEnd"/>
      <w:r w:rsidRPr="006879B8">
        <w:t xml:space="preserve"> </w:t>
      </w:r>
      <w:proofErr w:type="spellStart"/>
      <w:r w:rsidRPr="006879B8">
        <w:t>previste</w:t>
      </w:r>
      <w:proofErr w:type="spellEnd"/>
      <w:r w:rsidRPr="006879B8">
        <w:t xml:space="preserve"> </w:t>
      </w:r>
      <w:proofErr w:type="spellStart"/>
      <w:r w:rsidRPr="006879B8">
        <w:t>dalla</w:t>
      </w:r>
      <w:proofErr w:type="spellEnd"/>
      <w:r w:rsidRPr="006879B8">
        <w:t xml:space="preserve"> </w:t>
      </w:r>
      <w:proofErr w:type="spellStart"/>
      <w:r w:rsidRPr="006879B8">
        <w:t>normativa</w:t>
      </w:r>
      <w:proofErr w:type="spellEnd"/>
      <w:r w:rsidRPr="006879B8">
        <w:t xml:space="preserve"> </w:t>
      </w:r>
      <w:proofErr w:type="spellStart"/>
      <w:r w:rsidRPr="006879B8">
        <w:t>regionale</w:t>
      </w:r>
      <w:proofErr w:type="spellEnd"/>
      <w:r w:rsidRPr="006879B8">
        <w:t>.</w:t>
      </w:r>
    </w:p>
    <w:p w14:paraId="72A1D000" w14:textId="77777777" w:rsidR="00731AB3" w:rsidRDefault="00731AB3" w:rsidP="006879B8">
      <w:pPr>
        <w:jc w:val="both"/>
      </w:pPr>
    </w:p>
    <w:p w14:paraId="44B574C7" w14:textId="77777777" w:rsidR="00731AB3" w:rsidRDefault="00000000">
      <w:r>
        <w:lastRenderedPageBreak/>
        <w:t>Luogo _____________________________</w:t>
      </w:r>
    </w:p>
    <w:p w14:paraId="004DDBFA" w14:textId="77777777" w:rsidR="00731AB3" w:rsidRDefault="00000000">
      <w:r>
        <w:t>Data ____/____/________</w:t>
      </w:r>
    </w:p>
    <w:p w14:paraId="45FCA597" w14:textId="77777777" w:rsidR="00731AB3" w:rsidRDefault="00731AB3"/>
    <w:p w14:paraId="08696C4D" w14:textId="77777777" w:rsidR="00731AB3" w:rsidRDefault="00000000">
      <w:r>
        <w:t>Timbro e firma del Legale Rappresentante</w:t>
      </w:r>
    </w:p>
    <w:p w14:paraId="4F6C6AB0" w14:textId="77777777" w:rsidR="00731AB3" w:rsidRDefault="00000000">
      <w:r>
        <w:br/>
        <w:t>__________________________________________</w:t>
      </w:r>
    </w:p>
    <w:p w14:paraId="0D45BBEE" w14:textId="5012326A" w:rsidR="00731AB3" w:rsidRDefault="00000000">
      <w:r>
        <w:br/>
        <w:t>Allegare copia di un documento di identità in corso di validità (solo in caso di firma autografa)</w:t>
      </w:r>
      <w:r w:rsidR="006879B8">
        <w:t xml:space="preserve"> e </w:t>
      </w:r>
      <w:proofErr w:type="spellStart"/>
      <w:r w:rsidR="006879B8">
        <w:t>visura</w:t>
      </w:r>
      <w:proofErr w:type="spellEnd"/>
      <w:r w:rsidR="006879B8">
        <w:t xml:space="preserve"> camerale.</w:t>
      </w:r>
    </w:p>
    <w:sectPr w:rsidR="00731AB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507405422">
    <w:abstractNumId w:val="8"/>
  </w:num>
  <w:num w:numId="2" w16cid:durableId="1352534240">
    <w:abstractNumId w:val="6"/>
  </w:num>
  <w:num w:numId="3" w16cid:durableId="107547165">
    <w:abstractNumId w:val="5"/>
  </w:num>
  <w:num w:numId="4" w16cid:durableId="403113484">
    <w:abstractNumId w:val="4"/>
  </w:num>
  <w:num w:numId="5" w16cid:durableId="39478601">
    <w:abstractNumId w:val="7"/>
  </w:num>
  <w:num w:numId="6" w16cid:durableId="791288032">
    <w:abstractNumId w:val="3"/>
  </w:num>
  <w:num w:numId="7" w16cid:durableId="984504304">
    <w:abstractNumId w:val="2"/>
  </w:num>
  <w:num w:numId="8" w16cid:durableId="1782410675">
    <w:abstractNumId w:val="1"/>
  </w:num>
  <w:num w:numId="9" w16cid:durableId="835993205">
    <w:abstractNumId w:val="0"/>
  </w:num>
  <w:num w:numId="10" w16cid:durableId="772925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B57BA"/>
    <w:rsid w:val="006879B8"/>
    <w:rsid w:val="00731AB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715BE7"/>
  <w14:defaultImageDpi w14:val="300"/>
  <w15:docId w15:val="{DADF1EFB-22AE-4360-BAA3-BB815265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2031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Stella Andreini</cp:lastModifiedBy>
  <cp:revision>2</cp:revision>
  <dcterms:created xsi:type="dcterms:W3CDTF">2013-12-23T23:15:00Z</dcterms:created>
  <dcterms:modified xsi:type="dcterms:W3CDTF">2026-07-20T13:06:00Z</dcterms:modified>
  <cp:category/>
</cp:coreProperties>
</file>